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8A3475" w:rsidRPr="00FE7F3C" w14:paraId="63559321" w14:textId="77777777">
        <w:trPr>
          <w:jc w:val="center"/>
        </w:trPr>
        <w:tc>
          <w:tcPr>
            <w:tcW w:w="4320" w:type="dxa"/>
          </w:tcPr>
          <w:p w14:paraId="2FCB06A3" w14:textId="77777777" w:rsidR="008A3475" w:rsidRPr="00FE7F3C" w:rsidRDefault="00000000">
            <w:pPr>
              <w:rPr>
                <w:rFonts w:asciiTheme="majorHAnsi" w:hAnsiTheme="majorHAnsi" w:cstheme="majorHAnsi"/>
              </w:rPr>
            </w:pPr>
            <w:r w:rsidRPr="00FE7F3C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61B9D7F2" wp14:editId="1043FA53">
                  <wp:extent cx="1097280" cy="110947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ble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109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0" w:type="dxa"/>
          </w:tcPr>
          <w:p w14:paraId="510D13E0" w14:textId="77777777" w:rsidR="008A3475" w:rsidRDefault="00000000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41AF2">
              <w:rPr>
                <w:rFonts w:asciiTheme="majorHAnsi" w:hAnsiTheme="majorHAnsi" w:cstheme="majorHAnsi"/>
                <w:b/>
                <w:sz w:val="32"/>
                <w:szCs w:val="32"/>
              </w:rPr>
              <w:t>EMBEDDED SHOP TÜRKİYE</w:t>
            </w:r>
            <w:r w:rsidRPr="00FE7F3C">
              <w:rPr>
                <w:rFonts w:asciiTheme="majorHAnsi" w:hAnsiTheme="majorHAnsi" w:cstheme="majorHAnsi"/>
                <w:b/>
              </w:rPr>
              <w:br/>
              <w:t xml:space="preserve">ARIZA / İADE / DEĞİŞİM </w:t>
            </w:r>
            <w:r w:rsidR="0096400F">
              <w:rPr>
                <w:rFonts w:asciiTheme="majorHAnsi" w:hAnsiTheme="majorHAnsi" w:cstheme="majorHAnsi"/>
                <w:b/>
              </w:rPr>
              <w:t xml:space="preserve">TALEP </w:t>
            </w:r>
            <w:r w:rsidRPr="00FE7F3C">
              <w:rPr>
                <w:rFonts w:asciiTheme="majorHAnsi" w:hAnsiTheme="majorHAnsi" w:cstheme="majorHAnsi"/>
                <w:b/>
              </w:rPr>
              <w:t>FORMU</w:t>
            </w:r>
          </w:p>
          <w:p w14:paraId="1ACA70C9" w14:textId="119B5CB4" w:rsidR="003903F8" w:rsidRPr="00FE7F3C" w:rsidRDefault="003903F8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 xml:space="preserve">Tarih: </w:t>
            </w:r>
          </w:p>
        </w:tc>
      </w:tr>
    </w:tbl>
    <w:p w14:paraId="6E209950" w14:textId="77777777" w:rsidR="008A3475" w:rsidRPr="00BC126A" w:rsidRDefault="00000000" w:rsidP="000537E8">
      <w:pPr>
        <w:pStyle w:val="Balk3"/>
      </w:pPr>
      <w:r w:rsidRPr="00BC126A">
        <w:t>1) MÜŞTERİ BİLGİLERİ</w:t>
      </w:r>
    </w:p>
    <w:tbl>
      <w:tblPr>
        <w:tblStyle w:val="AkKlavuz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8A3475" w:rsidRPr="00BC126A" w14:paraId="5960CDA0" w14:textId="77777777" w:rsidTr="008A3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3A68D18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bookmarkStart w:id="0" w:name="_Hlk216105510"/>
            <w:proofErr w:type="spellStart"/>
            <w:r w:rsidRPr="00BC126A">
              <w:rPr>
                <w:rFonts w:cstheme="majorHAnsi"/>
                <w:sz w:val="20"/>
                <w:szCs w:val="20"/>
              </w:rPr>
              <w:t>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-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Soyadı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577FB572" w14:textId="77777777" w:rsidR="008A3475" w:rsidRPr="00BC126A" w:rsidRDefault="008A34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</w:tr>
      <w:tr w:rsidR="008A3475" w:rsidRPr="00BC126A" w14:paraId="7D31446D" w14:textId="77777777" w:rsidTr="008A3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1BD4C96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Adres:</w:t>
            </w:r>
          </w:p>
        </w:tc>
        <w:tc>
          <w:tcPr>
            <w:tcW w:w="4320" w:type="dxa"/>
          </w:tcPr>
          <w:p w14:paraId="0630120E" w14:textId="77777777" w:rsidR="008A3475" w:rsidRPr="00BC126A" w:rsidRDefault="008A3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A3475" w:rsidRPr="00BC126A" w14:paraId="4E509B58" w14:textId="77777777" w:rsidTr="008A34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61B0347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Telefon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3559BA66" w14:textId="77777777" w:rsidR="008A3475" w:rsidRPr="00BC126A" w:rsidRDefault="008A347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A3475" w:rsidRPr="00BC126A" w14:paraId="5B2BD6EE" w14:textId="77777777" w:rsidTr="008A3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56452F8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E-Posta:</w:t>
            </w:r>
          </w:p>
        </w:tc>
        <w:tc>
          <w:tcPr>
            <w:tcW w:w="4320" w:type="dxa"/>
          </w:tcPr>
          <w:p w14:paraId="74CF98F5" w14:textId="77777777" w:rsidR="008A3475" w:rsidRPr="00BC126A" w:rsidRDefault="008A3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bookmarkEnd w:id="0"/>
    <w:p w14:paraId="3BE13FE7" w14:textId="7CF7F769" w:rsidR="008A3475" w:rsidRPr="00BC126A" w:rsidRDefault="000537E8" w:rsidP="000537E8">
      <w:pPr>
        <w:pStyle w:val="Balk3"/>
      </w:pPr>
      <w:r>
        <w:br/>
      </w:r>
      <w:r w:rsidRPr="00BC126A">
        <w:t>2) ÜRÜN BİLGİLERİ</w:t>
      </w:r>
    </w:p>
    <w:tbl>
      <w:tblPr>
        <w:tblStyle w:val="AkKlavuz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8A3475" w:rsidRPr="00BC126A" w14:paraId="554CA89D" w14:textId="77777777" w:rsidTr="008A3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B5D59C8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Ürün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574A37D4" w14:textId="77777777" w:rsidR="008A3475" w:rsidRPr="00BC126A" w:rsidRDefault="008A34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</w:tr>
      <w:tr w:rsidR="008A3475" w:rsidRPr="00BC126A" w14:paraId="761A0CF8" w14:textId="77777777" w:rsidTr="008A3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8ED7EC0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 xml:space="preserve">Stok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Numarası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4A248549" w14:textId="77777777" w:rsidR="008A3475" w:rsidRPr="00BC126A" w:rsidRDefault="008A3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A3475" w:rsidRPr="00BC126A" w14:paraId="6DAD3D34" w14:textId="77777777" w:rsidTr="008A34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07082EC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Sipariş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/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Fatura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No:</w:t>
            </w:r>
          </w:p>
        </w:tc>
        <w:tc>
          <w:tcPr>
            <w:tcW w:w="4320" w:type="dxa"/>
          </w:tcPr>
          <w:p w14:paraId="575B8940" w14:textId="77777777" w:rsidR="008A3475" w:rsidRPr="00BC126A" w:rsidRDefault="008A347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8A3475" w:rsidRPr="00BC126A" w14:paraId="2F1AE52F" w14:textId="77777777" w:rsidTr="008A3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A11F5BE" w14:textId="77777777" w:rsidR="008A3475" w:rsidRPr="00BC126A" w:rsidRDefault="00000000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Adet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0E0D4BA0" w14:textId="77777777" w:rsidR="008A3475" w:rsidRPr="00BC126A" w:rsidRDefault="008A3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5E347EC6" w14:textId="77777777" w:rsidR="00BC126A" w:rsidRDefault="00BC126A" w:rsidP="00754FE0">
      <w:pPr>
        <w:rPr>
          <w:rFonts w:asciiTheme="majorHAnsi" w:hAnsiTheme="majorHAnsi" w:cstheme="majorHAnsi"/>
          <w:b/>
          <w:sz w:val="20"/>
          <w:szCs w:val="20"/>
        </w:rPr>
      </w:pPr>
    </w:p>
    <w:p w14:paraId="1967B46E" w14:textId="0168F4D7" w:rsidR="00754FE0" w:rsidRPr="000537E8" w:rsidRDefault="00754FE0">
      <w:pPr>
        <w:rPr>
          <w:rStyle w:val="Balk3Char"/>
        </w:rPr>
      </w:pPr>
      <w:r w:rsidRPr="000537E8">
        <w:rPr>
          <w:rStyle w:val="Balk3Char"/>
        </w:rPr>
        <w:t>3) TALEP TÜRÜ (İŞARETLEYİNİZ)</w:t>
      </w:r>
      <w:r w:rsidR="00BC126A">
        <w:rPr>
          <w:rFonts w:asciiTheme="majorHAnsi" w:hAnsiTheme="majorHAnsi" w:cstheme="majorHAnsi"/>
          <w:sz w:val="20"/>
          <w:szCs w:val="20"/>
        </w:rPr>
        <w:br/>
      </w:r>
      <w:sdt>
        <w:sdtPr>
          <w:rPr>
            <w:rFonts w:asciiTheme="majorHAnsi" w:eastAsia="MS Gothic" w:hAnsiTheme="majorHAnsi" w:cstheme="majorHAnsi"/>
            <w:sz w:val="20"/>
            <w:szCs w:val="20"/>
          </w:rPr>
          <w:id w:val="-358357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C126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Arızalı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Ürün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Kontrolü</w:t>
      </w:r>
      <w:proofErr w:type="spellEnd"/>
      <w:r w:rsidR="00BC126A">
        <w:rPr>
          <w:rFonts w:asciiTheme="majorHAnsi" w:hAnsiTheme="majorHAnsi" w:cstheme="majorHAnsi"/>
          <w:sz w:val="20"/>
          <w:szCs w:val="20"/>
        </w:rPr>
        <w:br/>
      </w:r>
      <w:sdt>
        <w:sdtPr>
          <w:rPr>
            <w:rFonts w:asciiTheme="majorHAnsi" w:eastAsia="MS Gothic" w:hAnsiTheme="majorHAnsi" w:cstheme="majorHAnsi"/>
            <w:sz w:val="20"/>
            <w:szCs w:val="20"/>
          </w:rPr>
          <w:id w:val="1704363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C126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İade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(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Cayma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Hakkı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>)</w:t>
      </w:r>
      <w:r w:rsidR="00BC126A">
        <w:rPr>
          <w:rFonts w:asciiTheme="majorHAnsi" w:hAnsiTheme="majorHAnsi" w:cstheme="majorHAnsi"/>
          <w:sz w:val="20"/>
          <w:szCs w:val="20"/>
        </w:rPr>
        <w:br/>
      </w:r>
      <w:sdt>
        <w:sdtPr>
          <w:rPr>
            <w:rFonts w:asciiTheme="majorHAnsi" w:eastAsia="MS Gothic" w:hAnsiTheme="majorHAnsi" w:cstheme="majorHAnsi"/>
            <w:sz w:val="20"/>
            <w:szCs w:val="20"/>
          </w:rPr>
          <w:id w:val="-8668258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C126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Yenisi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ile</w:t>
      </w:r>
      <w:proofErr w:type="spellEnd"/>
      <w:r w:rsidRPr="00BC126A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BC126A">
        <w:rPr>
          <w:rFonts w:asciiTheme="majorHAnsi" w:hAnsiTheme="majorHAnsi" w:cstheme="majorHAnsi"/>
          <w:sz w:val="20"/>
          <w:szCs w:val="20"/>
        </w:rPr>
        <w:t>Değişim</w:t>
      </w:r>
      <w:proofErr w:type="spellEnd"/>
      <w:r w:rsidR="00BC126A">
        <w:rPr>
          <w:rFonts w:asciiTheme="majorHAnsi" w:hAnsiTheme="majorHAnsi" w:cstheme="majorHAnsi"/>
          <w:sz w:val="20"/>
          <w:szCs w:val="20"/>
        </w:rPr>
        <w:br/>
      </w:r>
      <w:sdt>
        <w:sdtPr>
          <w:rPr>
            <w:rFonts w:asciiTheme="majorHAnsi" w:eastAsia="MS Gothic" w:hAnsiTheme="majorHAnsi" w:cstheme="majorHAnsi"/>
            <w:sz w:val="20"/>
            <w:szCs w:val="20"/>
          </w:rPr>
          <w:id w:val="350221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C126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BC126A">
        <w:rPr>
          <w:rFonts w:asciiTheme="majorHAnsi" w:hAnsiTheme="majorHAnsi" w:cstheme="majorHAnsi"/>
          <w:sz w:val="20"/>
          <w:szCs w:val="20"/>
        </w:rPr>
        <w:t xml:space="preserve"> Tamir / Teknik Servis</w:t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Pr="000537E8">
        <w:rPr>
          <w:rStyle w:val="Balk3Char"/>
        </w:rPr>
        <w:t xml:space="preserve">4) </w:t>
      </w:r>
      <w:r w:rsidR="00763ED6" w:rsidRPr="000537E8">
        <w:rPr>
          <w:rStyle w:val="Balk3Char"/>
        </w:rPr>
        <w:t>T</w:t>
      </w:r>
      <w:r w:rsidR="00CF7E24" w:rsidRPr="000537E8">
        <w:rPr>
          <w:rStyle w:val="Balk3Char"/>
        </w:rPr>
        <w:t>ALEBİNİZİ AÇIKLAYINIZ</w:t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="0012166C">
        <w:rPr>
          <w:rFonts w:asciiTheme="majorHAnsi" w:hAnsiTheme="majorHAnsi" w:cstheme="majorHAnsi"/>
          <w:sz w:val="20"/>
          <w:szCs w:val="20"/>
        </w:rPr>
        <w:br/>
      </w:r>
      <w:r w:rsidRPr="000537E8">
        <w:rPr>
          <w:rStyle w:val="Balk3Char"/>
        </w:rPr>
        <w:t>5) TESLİM EDEN BİLGİLER</w:t>
      </w:r>
    </w:p>
    <w:tbl>
      <w:tblPr>
        <w:tblStyle w:val="AkKlavuz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54FE0" w:rsidRPr="00BC126A" w14:paraId="04ED2D1D" w14:textId="77777777" w:rsidTr="00E84E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C812584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-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Soyadı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01892215" w14:textId="77777777" w:rsidR="00754FE0" w:rsidRPr="00BC126A" w:rsidRDefault="00754FE0" w:rsidP="00E84E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</w:tr>
      <w:tr w:rsidR="00754FE0" w:rsidRPr="00BC126A" w14:paraId="1BDD5112" w14:textId="77777777" w:rsidTr="00E84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9E86ED5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Adres:</w:t>
            </w:r>
          </w:p>
        </w:tc>
        <w:tc>
          <w:tcPr>
            <w:tcW w:w="4320" w:type="dxa"/>
          </w:tcPr>
          <w:p w14:paraId="04F09052" w14:textId="77777777" w:rsidR="00754FE0" w:rsidRPr="00BC126A" w:rsidRDefault="00754FE0" w:rsidP="00E84E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54FE0" w:rsidRPr="00BC126A" w14:paraId="2C4A7C30" w14:textId="77777777" w:rsidTr="00E84E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47BDCD1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Telefon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6ED2E93B" w14:textId="77777777" w:rsidR="00754FE0" w:rsidRPr="00BC126A" w:rsidRDefault="00754FE0" w:rsidP="00E84E7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54FE0" w:rsidRPr="00BC126A" w14:paraId="1DD68B76" w14:textId="77777777" w:rsidTr="00E84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08B0BBD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E-Posta:</w:t>
            </w:r>
          </w:p>
        </w:tc>
        <w:tc>
          <w:tcPr>
            <w:tcW w:w="4320" w:type="dxa"/>
          </w:tcPr>
          <w:p w14:paraId="314E2462" w14:textId="77777777" w:rsidR="00754FE0" w:rsidRPr="00BC126A" w:rsidRDefault="00754FE0" w:rsidP="00E84E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4C685C4" w14:textId="0AAF79A0" w:rsidR="008A3475" w:rsidRPr="00BC126A" w:rsidRDefault="0012166C" w:rsidP="000537E8">
      <w:pPr>
        <w:pStyle w:val="Balk3"/>
      </w:pPr>
      <w:r>
        <w:br/>
      </w:r>
      <w:r w:rsidRPr="00BC126A">
        <w:t>6) TESLİM ALAN BİLGİLER</w:t>
      </w:r>
    </w:p>
    <w:tbl>
      <w:tblPr>
        <w:tblStyle w:val="AkKlavuz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54FE0" w:rsidRPr="00BC126A" w14:paraId="46CB9982" w14:textId="77777777" w:rsidTr="00E84E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71844BE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 xml:space="preserve"> - </w:t>
            </w:r>
            <w:proofErr w:type="spellStart"/>
            <w:r w:rsidRPr="00BC126A">
              <w:rPr>
                <w:rFonts w:cstheme="majorHAnsi"/>
                <w:sz w:val="20"/>
                <w:szCs w:val="20"/>
              </w:rPr>
              <w:t>Soyadı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79121C10" w14:textId="77777777" w:rsidR="00754FE0" w:rsidRPr="00BC126A" w:rsidRDefault="00754FE0" w:rsidP="00E84E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</w:tr>
      <w:tr w:rsidR="00754FE0" w:rsidRPr="00BC126A" w14:paraId="039BF3D9" w14:textId="77777777" w:rsidTr="00E84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BCCE845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Adres:</w:t>
            </w:r>
          </w:p>
        </w:tc>
        <w:tc>
          <w:tcPr>
            <w:tcW w:w="4320" w:type="dxa"/>
          </w:tcPr>
          <w:p w14:paraId="4EF762F3" w14:textId="77777777" w:rsidR="00754FE0" w:rsidRPr="00BC126A" w:rsidRDefault="00754FE0" w:rsidP="00E84E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54FE0" w:rsidRPr="00BC126A" w14:paraId="64ECDCFD" w14:textId="77777777" w:rsidTr="00E84E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0E69112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proofErr w:type="spellStart"/>
            <w:r w:rsidRPr="00BC126A">
              <w:rPr>
                <w:rFonts w:cstheme="majorHAnsi"/>
                <w:sz w:val="20"/>
                <w:szCs w:val="20"/>
              </w:rPr>
              <w:t>Telefon</w:t>
            </w:r>
            <w:proofErr w:type="spellEnd"/>
            <w:r w:rsidRPr="00BC126A">
              <w:rPr>
                <w:rFonts w:cstheme="majorHAnsi"/>
                <w:sz w:val="20"/>
                <w:szCs w:val="20"/>
              </w:rPr>
              <w:t>:</w:t>
            </w:r>
          </w:p>
        </w:tc>
        <w:tc>
          <w:tcPr>
            <w:tcW w:w="4320" w:type="dxa"/>
          </w:tcPr>
          <w:p w14:paraId="78580CB8" w14:textId="77777777" w:rsidR="00754FE0" w:rsidRPr="00BC126A" w:rsidRDefault="00754FE0" w:rsidP="00E84E7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54FE0" w:rsidRPr="00BC126A" w14:paraId="422899E6" w14:textId="77777777" w:rsidTr="00E84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DE6B059" w14:textId="77777777" w:rsidR="00754FE0" w:rsidRPr="00BC126A" w:rsidRDefault="00754FE0" w:rsidP="00E84E77">
            <w:pPr>
              <w:rPr>
                <w:rFonts w:cstheme="majorHAnsi"/>
                <w:sz w:val="20"/>
                <w:szCs w:val="20"/>
              </w:rPr>
            </w:pPr>
            <w:r w:rsidRPr="00BC126A">
              <w:rPr>
                <w:rFonts w:cstheme="majorHAnsi"/>
                <w:sz w:val="20"/>
                <w:szCs w:val="20"/>
              </w:rPr>
              <w:t>E-Posta:</w:t>
            </w:r>
          </w:p>
        </w:tc>
        <w:tc>
          <w:tcPr>
            <w:tcW w:w="4320" w:type="dxa"/>
          </w:tcPr>
          <w:p w14:paraId="46082963" w14:textId="77777777" w:rsidR="00754FE0" w:rsidRPr="00BC126A" w:rsidRDefault="00754FE0" w:rsidP="00E84E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F1E8AA6" w14:textId="77777777" w:rsidR="00C2145A" w:rsidRPr="00FE7F3C" w:rsidRDefault="00C2145A" w:rsidP="0070017D">
      <w:pPr>
        <w:rPr>
          <w:rFonts w:asciiTheme="majorHAnsi" w:hAnsiTheme="majorHAnsi" w:cstheme="majorHAnsi"/>
        </w:rPr>
      </w:pPr>
    </w:p>
    <w:sectPr w:rsidR="00C2145A" w:rsidRPr="00FE7F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C867B3"/>
    <w:multiLevelType w:val="hybridMultilevel"/>
    <w:tmpl w:val="0AF22C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205837">
    <w:abstractNumId w:val="8"/>
  </w:num>
  <w:num w:numId="2" w16cid:durableId="302741076">
    <w:abstractNumId w:val="6"/>
  </w:num>
  <w:num w:numId="3" w16cid:durableId="822890842">
    <w:abstractNumId w:val="5"/>
  </w:num>
  <w:num w:numId="4" w16cid:durableId="421880637">
    <w:abstractNumId w:val="4"/>
  </w:num>
  <w:num w:numId="5" w16cid:durableId="126245509">
    <w:abstractNumId w:val="7"/>
  </w:num>
  <w:num w:numId="6" w16cid:durableId="1634021125">
    <w:abstractNumId w:val="3"/>
  </w:num>
  <w:num w:numId="7" w16cid:durableId="235747379">
    <w:abstractNumId w:val="2"/>
  </w:num>
  <w:num w:numId="8" w16cid:durableId="1294752638">
    <w:abstractNumId w:val="1"/>
  </w:num>
  <w:num w:numId="9" w16cid:durableId="1510875316">
    <w:abstractNumId w:val="0"/>
  </w:num>
  <w:num w:numId="10" w16cid:durableId="17413678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1AF2"/>
    <w:rsid w:val="000537E8"/>
    <w:rsid w:val="0006063C"/>
    <w:rsid w:val="0012166C"/>
    <w:rsid w:val="001228EA"/>
    <w:rsid w:val="0015074B"/>
    <w:rsid w:val="0029639D"/>
    <w:rsid w:val="00326F90"/>
    <w:rsid w:val="003903F8"/>
    <w:rsid w:val="0070017D"/>
    <w:rsid w:val="00754FE0"/>
    <w:rsid w:val="00763ED6"/>
    <w:rsid w:val="007A1982"/>
    <w:rsid w:val="008A3475"/>
    <w:rsid w:val="0096400F"/>
    <w:rsid w:val="00A54380"/>
    <w:rsid w:val="00AA1D8D"/>
    <w:rsid w:val="00B47730"/>
    <w:rsid w:val="00BC126A"/>
    <w:rsid w:val="00C2145A"/>
    <w:rsid w:val="00CB0664"/>
    <w:rsid w:val="00CF7E24"/>
    <w:rsid w:val="00D67EB3"/>
    <w:rsid w:val="00D8718F"/>
    <w:rsid w:val="00F5684E"/>
    <w:rsid w:val="00FC693F"/>
    <w:rsid w:val="00FE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DF4C80"/>
  <w14:defaultImageDpi w14:val="330"/>
  <w15:docId w15:val="{4FDE1AC7-8B16-4F59-8576-150E942FB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4FE0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fahrettin aslan</cp:lastModifiedBy>
  <cp:revision>7</cp:revision>
  <dcterms:created xsi:type="dcterms:W3CDTF">2013-12-23T23:15:00Z</dcterms:created>
  <dcterms:modified xsi:type="dcterms:W3CDTF">2025-12-08T21:25:00Z</dcterms:modified>
  <cp:category/>
</cp:coreProperties>
</file>